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 w:val="0"/>
          <w:i/>
          <w:color w:val="595959"/>
          <w:sz w:val="18"/>
        </w:rPr>
        <w:t>[MEMBRETE / LOGOTIPO DE LA ENTIDAD CONTRATANTE]</w:t>
      </w:r>
    </w:p>
    <w:p>
      <w:pPr>
        <w:spacing w:after="40" w:before="0"/>
        <w:jc w:val="center"/>
      </w:pPr>
      <w:r>
        <w:rPr>
          <w:b w:val="0"/>
          <w:i/>
          <w:color w:val="595959"/>
          <w:sz w:val="18"/>
        </w:rPr>
        <w:t>[Denominación oficial del órgano o entidad contratante]</w:t>
      </w:r>
    </w:p>
    <w:p>
      <w:pPr>
        <w:spacing w:after="480" w:before="0"/>
        <w:jc w:val="center"/>
      </w:pPr>
      <w:r>
        <w:rPr>
          <w:b w:val="0"/>
          <w:i/>
          <w:color w:val="595959"/>
          <w:sz w:val="18"/>
        </w:rPr>
        <w:t>[Dirección, código postal y municipio] · NIF [NIF DE LA ENTIDAD]</w:t>
      </w:r>
    </w:p>
    <w:p>
      <w:pPr>
        <w:spacing w:after="80" w:before="0"/>
        <w:jc w:val="center"/>
      </w:pPr>
      <w:r>
        <w:rPr>
          <w:b/>
          <w:i w:val="0"/>
          <w:sz w:val="30"/>
        </w:rPr>
        <w:t>CERTIFICADO DE BUENA EJECUCIÓN</w:t>
      </w:r>
    </w:p>
    <w:p>
      <w:pPr>
        <w:spacing w:after="480" w:before="0"/>
        <w:jc w:val="center"/>
      </w:pPr>
      <w:r>
        <w:rPr>
          <w:b w:val="0"/>
          <w:i/>
          <w:color w:val="595959"/>
          <w:sz w:val="18"/>
        </w:rPr>
        <w:t>(Artículos 88 a 90 de la Ley 9/2017, de 8 de noviembre, de Contratos del Sector Público)</w:t>
      </w:r>
    </w:p>
    <w:p>
      <w:pPr>
        <w:spacing w:after="280" w:before="0"/>
      </w:pPr>
      <w:r>
        <w:rPr>
          <w:b w:val="0"/>
          <w:i w:val="0"/>
        </w:rPr>
        <w:t>D./D.ª [NOMBRE Y APELLIDOS DEL CERTIFICANTE], en su condición de [CARGO: responsable del contrato, órgano de contratación u órgano competente] de [DENOMINACIÓN OFICIAL DE LA ENTIDAD CONTRATANTE], con NIF [NIF DE LA ENTIDAD] y domicilio en [DIRECCIÓN COMPLETA],</w:t>
      </w:r>
    </w:p>
    <w:p>
      <w:pPr>
        <w:spacing w:after="280" w:before="120"/>
        <w:jc w:val="center"/>
      </w:pPr>
      <w:r>
        <w:rPr>
          <w:b/>
          <w:i w:val="0"/>
          <w:sz w:val="24"/>
        </w:rPr>
        <w:t>CERTIFICA</w:t>
      </w:r>
    </w:p>
    <w:p>
      <w:pPr>
        <w:spacing w:after="280" w:before="0"/>
      </w:pPr>
      <w:r>
        <w:rPr>
          <w:b w:val="0"/>
          <w:i w:val="0"/>
        </w:rPr>
        <w:t>Que la empresa [RAZÓN SOCIAL DEL CONTRATISTA], con NIF [NIF DEL CONTRATISTA] y domicilio social en [DOMICILIO SOCIAL DEL CONTRATISTA], ha ejecutado el contrato que a continuación se detalla: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252"/>
        <w:gridCol w:w="4252"/>
      </w:tblGrid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Expediente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[NÚMERO O REFERENCIA DEL EXPEDIENTE]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Objeto del contrato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[DESCRIPCIÓN DEL OBJETO DEL CONTRATO]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Tipo de contrato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[OBRAS / SERVICIOS / SUMINISTROS]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Código CPV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[CÓDIGO CPV]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Importe de adjudicación (IVA excluido)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[IMPORTE EN CIFRA] € ([IMPORTE EN LETRA] euros)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Importe de adjudicación (IVA incluido)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[IMPORTE EN CIFRA] € ([IMPORTE EN LETRA] euros)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Fecha de inicio de la ejecución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[DD/MM/AAAA]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Fecha de finalización de la ejecución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[DD/MM/AAAA]</w:t>
            </w:r>
          </w:p>
        </w:tc>
      </w:tr>
      <w:tr>
        <w:tc>
          <w:tcPr>
            <w:tcW w:type="dxa" w:w="3628"/>
          </w:tcPr>
          <w:p>
            <w:pPr>
              <w:spacing w:before="60" w:after="60"/>
            </w:pPr>
            <w:r>
              <w:rPr>
                <w:b/>
                <w:sz w:val="20"/>
              </w:rPr>
              <w:t>Lugar de ejecución</w:t>
            </w:r>
          </w:p>
        </w:tc>
        <w:tc>
          <w:tcPr>
            <w:tcW w:type="dxa" w:w="4876"/>
          </w:tcPr>
          <w:p>
            <w:pPr>
              <w:spacing w:before="60" w:after="60"/>
            </w:pPr>
            <w:r>
              <w:rPr>
                <w:sz w:val="20"/>
              </w:rPr>
              <w:t>[MUNICIPIO Y PROVINCIA]</w:t>
            </w:r>
          </w:p>
        </w:tc>
      </w:tr>
    </w:tbl>
    <w:p>
      <w:pPr>
        <w:spacing w:after="200" w:before="0"/>
      </w:pPr>
      <w:r>
        <w:rPr>
          <w:b w:val="0"/>
          <w:i w:val="0"/>
        </w:rPr>
      </w:r>
    </w:p>
    <w:p>
      <w:pPr>
        <w:spacing w:after="200" w:before="120"/>
      </w:pPr>
      <w:r>
        <w:rPr>
          <w:b/>
          <w:i w:val="0"/>
        </w:rPr>
        <w:t>Y HACE CONSTAR:</w:t>
      </w:r>
    </w:p>
    <w:p>
      <w:pPr>
        <w:spacing w:after="200" w:before="0"/>
      </w:pPr>
      <w:r>
        <w:rPr>
          <w:b w:val="0"/>
          <w:i w:val="0"/>
        </w:rPr>
        <w:t>PRIMERO. Que el contratista ha ejecutado la prestación objeto del contrato de forma satisfactoria y a plena conformidad de esta entidad, con sujeción a las prescripciones técnicas establecidas en los pliegos que rigieron la contratación y dentro del plazo contractual previsto.</w:t>
      </w:r>
    </w:p>
    <w:p>
      <w:pPr>
        <w:spacing w:after="200" w:before="0"/>
      </w:pPr>
      <w:r>
        <w:rPr>
          <w:b w:val="0"/>
          <w:i w:val="0"/>
        </w:rPr>
        <w:t>SEGUNDO. Que los trabajos se realizaron conforme a las reglas por las que se rige la profesión y se llevaron normalmente a buen término, sin que durante la ejecución se hayan impuesto penalidades al contratista ni se haya incoado expediente de resolución contractual o procedimiento sancionador alguno.</w:t>
      </w:r>
    </w:p>
    <w:p>
      <w:pPr>
        <w:spacing w:after="320" w:before="0"/>
      </w:pPr>
      <w:r>
        <w:rPr>
          <w:b w:val="0"/>
          <w:i w:val="0"/>
        </w:rPr>
        <w:t>TERCERO. Que el presente certificado se expide a solicitud de la empresa interesada, a los efectos de acreditar su solvencia técnica o profesional en procedimientos de contratación pública, de conformidad con lo dispuesto en los artículos 88 a 90 de la Ley 9/2017, de 8 de noviembre, de Contratos del Sector Público.</w:t>
      </w:r>
    </w:p>
    <w:p>
      <w:pPr>
        <w:spacing w:after="800" w:before="0"/>
      </w:pPr>
      <w:r>
        <w:rPr>
          <w:b w:val="0"/>
          <w:i w:val="0"/>
        </w:rPr>
        <w:t>Y para que conste y surta los efectos oportunos, firma el presente certificado en [LUGAR DE EXPEDICIÓN], a [DÍA] de [MES] de [AÑO].</w:t>
      </w:r>
    </w:p>
    <w:p>
      <w:pPr>
        <w:spacing w:after="120" w:before="0"/>
        <w:jc w:val="center"/>
      </w:pPr>
      <w:r>
        <w:rPr>
          <w:b w:val="0"/>
          <w:i/>
          <w:color w:val="595959"/>
          <w:sz w:val="18"/>
        </w:rPr>
        <w:t>[FIRMA ELECTRÓNICA O MANUSCRITA]</w:t>
      </w:r>
    </w:p>
    <w:p>
      <w:pPr>
        <w:spacing w:after="40" w:before="0"/>
        <w:jc w:val="center"/>
      </w:pPr>
      <w:r>
        <w:rPr>
          <w:b w:val="0"/>
          <w:i w:val="0"/>
        </w:rPr>
        <w:t>Fdo.: [NOMBRE Y APELLIDOS DEL CERTIFICANTE]</w:t>
      </w:r>
    </w:p>
    <w:p>
      <w:pPr>
        <w:spacing w:after="480" w:before="0"/>
        <w:jc w:val="center"/>
      </w:pPr>
      <w:r>
        <w:rPr>
          <w:b w:val="0"/>
          <w:i w:val="0"/>
        </w:rPr>
        <w:t>[CARGO DEL CERTIFICANTE]</w:t>
      </w:r>
    </w:p>
    <w:p>
      <w:pPr>
        <w:spacing w:after="120" w:before="0"/>
        <w:jc w:val="both"/>
      </w:pPr>
      <w:r>
        <w:rPr>
          <w:b w:val="0"/>
          <w:i/>
          <w:color w:val="595959"/>
          <w:sz w:val="16"/>
        </w:rPr>
        <w:t>Modelo orientativo facilitado por licita-ia.com. Cada órgano de contratación puede disponer de sus propias plantillas oficiales; este modelo recoge el contenido mínimo habitual para que el certificado tenga valor probatorio como acreditación de solvencia técnica (arts. 88 a 90 LCSP).</w:t>
      </w:r>
    </w:p>
    <w:sectPr w:rsidR="00FC693F" w:rsidRPr="0006063C" w:rsidSect="00034616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12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